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08F1C6" w14:textId="438A2605" w:rsidR="00C420C3" w:rsidRPr="004B007C" w:rsidRDefault="004B007C">
      <w:pPr>
        <w:spacing w:before="40"/>
        <w:jc w:val="center"/>
        <w:rPr>
          <w:lang w:val="fr-FR"/>
        </w:rPr>
      </w:pPr>
      <w:r w:rsidRPr="004B007C">
        <w:rPr>
          <w:rFonts w:ascii="Aptos Display" w:hAnsi="Aptos Display"/>
          <w:b/>
          <w:sz w:val="40"/>
          <w:lang w:val="fr-FR"/>
        </w:rPr>
        <w:t>FICHE DE CANDIDATURE – MOBILITÉ ERASMUS+</w:t>
      </w:r>
    </w:p>
    <w:p w14:paraId="5E302367" w14:textId="24B3F038" w:rsidR="00C420C3" w:rsidRPr="004B007C" w:rsidRDefault="00000000">
      <w:pPr>
        <w:spacing w:before="40"/>
        <w:jc w:val="center"/>
        <w:rPr>
          <w:i/>
          <w:lang w:val="fr-FR"/>
        </w:rPr>
      </w:pPr>
      <w:r w:rsidRPr="004B007C">
        <w:rPr>
          <w:i/>
          <w:lang w:val="fr-FR"/>
        </w:rPr>
        <w:t xml:space="preserve">Formulaire de candidature à compléter et à transmettre </w:t>
      </w:r>
      <w:r w:rsidR="004B007C" w:rsidRPr="004B007C">
        <w:rPr>
          <w:i/>
          <w:lang w:val="fr-FR"/>
        </w:rPr>
        <w:t>à la scolarité</w:t>
      </w:r>
      <w:r w:rsidR="004B007C">
        <w:rPr>
          <w:i/>
          <w:lang w:val="fr-FR"/>
        </w:rPr>
        <w:t> :</w:t>
      </w:r>
    </w:p>
    <w:p w14:paraId="28AB797E" w14:textId="5C8FA909" w:rsidR="004B0BA0" w:rsidRDefault="004B0BA0">
      <w:pPr>
        <w:jc w:val="center"/>
      </w:pPr>
      <w:hyperlink r:id="rId8" w:history="1">
        <w:r w:rsidRPr="000A1DA2">
          <w:rPr>
            <w:rStyle w:val="Lienhypertexte"/>
          </w:rPr>
          <w:t>odonto-scolarite-contact@un</w:t>
        </w:r>
        <w:r w:rsidRPr="000A1DA2">
          <w:rPr>
            <w:rStyle w:val="Lienhypertexte"/>
          </w:rPr>
          <w:t>i</w:t>
        </w:r>
        <w:r w:rsidRPr="000A1DA2">
          <w:rPr>
            <w:rStyle w:val="Lienhypertexte"/>
          </w:rPr>
          <w:t>v-lorraine.fr</w:t>
        </w:r>
      </w:hyperlink>
    </w:p>
    <w:p w14:paraId="77CB0486" w14:textId="57BA7F1E" w:rsidR="00C420C3" w:rsidRPr="004B007C" w:rsidRDefault="00000000">
      <w:pPr>
        <w:jc w:val="center"/>
        <w:rPr>
          <w:lang w:val="fr-FR"/>
        </w:rPr>
      </w:pPr>
      <w:r w:rsidRPr="004B007C">
        <w:rPr>
          <w:sz w:val="19"/>
          <w:lang w:val="fr-FR"/>
        </w:rPr>
        <w:t>Merci de compléter toutes les rubriques et de joindre obligatoirement une copie du test / justificatif de niveau de langue.</w:t>
      </w:r>
    </w:p>
    <w:p w14:paraId="42798E47" w14:textId="77777777" w:rsidR="00C420C3" w:rsidRPr="004B007C" w:rsidRDefault="00000000">
      <w:pPr>
        <w:pStyle w:val="Titre1"/>
        <w:rPr>
          <w:lang w:val="fr-FR"/>
        </w:rPr>
      </w:pPr>
      <w:r w:rsidRPr="004B007C">
        <w:rPr>
          <w:lang w:val="fr-FR"/>
        </w:rPr>
        <w:t>1. Identité de l’étudiant(e)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C420C3" w:rsidRPr="004B007C" w14:paraId="5B807081" w14:textId="77777777" w:rsidTr="004B007C">
        <w:trPr>
          <w:cantSplit/>
          <w:jc w:val="center"/>
        </w:trPr>
        <w:tc>
          <w:tcPr>
            <w:tcW w:w="5095" w:type="dxa"/>
            <w:shd w:val="clear" w:color="auto" w:fill="EAF2F8"/>
            <w:vAlign w:val="center"/>
          </w:tcPr>
          <w:p w14:paraId="4C540E89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Nom</w:t>
            </w:r>
            <w:r w:rsidRPr="004B007C">
              <w:rPr>
                <w:lang w:val="fr-FR"/>
              </w:rPr>
              <w:br/>
            </w:r>
            <w:r w:rsidRPr="004B007C">
              <w:rPr>
                <w:lang w:val="fr-FR"/>
              </w:rPr>
              <w:br/>
            </w:r>
          </w:p>
        </w:tc>
        <w:tc>
          <w:tcPr>
            <w:tcW w:w="5095" w:type="dxa"/>
            <w:shd w:val="clear" w:color="auto" w:fill="EAF2F8"/>
            <w:vAlign w:val="center"/>
          </w:tcPr>
          <w:p w14:paraId="4FBE8851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Prénom</w:t>
            </w:r>
            <w:r w:rsidRPr="004B007C">
              <w:rPr>
                <w:lang w:val="fr-FR"/>
              </w:rPr>
              <w:br/>
            </w:r>
            <w:r w:rsidRPr="004B007C">
              <w:rPr>
                <w:lang w:val="fr-FR"/>
              </w:rPr>
              <w:br/>
            </w:r>
          </w:p>
        </w:tc>
      </w:tr>
      <w:tr w:rsidR="004B007C" w:rsidRPr="004B007C" w14:paraId="048F5459" w14:textId="77777777" w:rsidTr="004B007C">
        <w:trPr>
          <w:cantSplit/>
          <w:jc w:val="center"/>
        </w:trPr>
        <w:tc>
          <w:tcPr>
            <w:tcW w:w="5095" w:type="dxa"/>
            <w:shd w:val="clear" w:color="auto" w:fill="EAF2F8"/>
            <w:vAlign w:val="center"/>
          </w:tcPr>
          <w:p w14:paraId="6968DFF9" w14:textId="77777777" w:rsidR="004B007C" w:rsidRPr="004B007C" w:rsidRDefault="004B007C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Date de naissance (JJ/MM/AAAA)</w:t>
            </w:r>
            <w:r w:rsidRPr="004B007C">
              <w:rPr>
                <w:lang w:val="fr-FR"/>
              </w:rPr>
              <w:br/>
            </w:r>
            <w:r w:rsidRPr="004B007C">
              <w:rPr>
                <w:lang w:val="fr-FR"/>
              </w:rPr>
              <w:br/>
            </w:r>
          </w:p>
        </w:tc>
        <w:tc>
          <w:tcPr>
            <w:tcW w:w="5095" w:type="dxa"/>
            <w:vMerge w:val="restart"/>
            <w:shd w:val="clear" w:color="auto" w:fill="EAF2F8"/>
            <w:vAlign w:val="center"/>
          </w:tcPr>
          <w:p w14:paraId="26C703E9" w14:textId="77777777" w:rsidR="004B007C" w:rsidRPr="004B007C" w:rsidRDefault="004B007C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Photo d’identité</w:t>
            </w:r>
            <w:r w:rsidRPr="004B007C">
              <w:rPr>
                <w:lang w:val="fr-FR"/>
              </w:rPr>
              <w:br/>
            </w:r>
            <w:r w:rsidRPr="004B007C">
              <w:rPr>
                <w:lang w:val="fr-FR"/>
              </w:rPr>
              <w:br/>
            </w:r>
            <w:r w:rsidRPr="004B007C">
              <w:rPr>
                <w:lang w:val="fr-FR"/>
              </w:rPr>
              <w:br/>
            </w:r>
            <w:r w:rsidRPr="004B007C">
              <w:rPr>
                <w:lang w:val="fr-FR"/>
              </w:rPr>
              <w:br/>
            </w:r>
            <w:r w:rsidRPr="004B007C">
              <w:rPr>
                <w:lang w:val="fr-FR"/>
              </w:rPr>
              <w:br/>
            </w:r>
            <w:r w:rsidRPr="004B007C">
              <w:rPr>
                <w:lang w:val="fr-FR"/>
              </w:rPr>
              <w:br/>
            </w:r>
          </w:p>
          <w:p w14:paraId="77654EDC" w14:textId="3BEDBC2A" w:rsidR="004B007C" w:rsidRPr="004B007C" w:rsidRDefault="004B007C" w:rsidP="00F6649E">
            <w:pPr>
              <w:rPr>
                <w:lang w:val="fr-FR"/>
              </w:rPr>
            </w:pPr>
            <w:r w:rsidRPr="004B007C">
              <w:rPr>
                <w:lang w:val="fr-FR"/>
              </w:rPr>
              <w:br/>
            </w:r>
            <w:r w:rsidRPr="004B007C">
              <w:rPr>
                <w:lang w:val="fr-FR"/>
              </w:rPr>
              <w:br/>
            </w:r>
          </w:p>
        </w:tc>
      </w:tr>
      <w:tr w:rsidR="004B007C" w:rsidRPr="004B007C" w14:paraId="34AD96D6" w14:textId="77777777" w:rsidTr="004B007C">
        <w:trPr>
          <w:cantSplit/>
          <w:jc w:val="center"/>
        </w:trPr>
        <w:tc>
          <w:tcPr>
            <w:tcW w:w="5095" w:type="dxa"/>
            <w:shd w:val="clear" w:color="auto" w:fill="EAF2F8"/>
            <w:vAlign w:val="center"/>
          </w:tcPr>
          <w:p w14:paraId="09A388B7" w14:textId="397BFA89" w:rsidR="004B007C" w:rsidRPr="004B007C" w:rsidRDefault="004B007C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Année d’étude actuelle</w:t>
            </w:r>
            <w:r w:rsidRPr="004B007C">
              <w:rPr>
                <w:lang w:val="fr-FR"/>
              </w:rPr>
              <w:br/>
            </w:r>
            <w:r w:rsidRPr="004B007C">
              <w:rPr>
                <w:lang w:val="fr-FR"/>
              </w:rPr>
              <w:br/>
            </w:r>
          </w:p>
        </w:tc>
        <w:tc>
          <w:tcPr>
            <w:tcW w:w="5095" w:type="dxa"/>
            <w:vMerge/>
            <w:shd w:val="clear" w:color="auto" w:fill="EAF2F8"/>
            <w:vAlign w:val="center"/>
          </w:tcPr>
          <w:p w14:paraId="61C098AA" w14:textId="4DADFCC6" w:rsidR="004B007C" w:rsidRPr="004B007C" w:rsidRDefault="004B007C">
            <w:pPr>
              <w:rPr>
                <w:lang w:val="fr-FR"/>
              </w:rPr>
            </w:pPr>
          </w:p>
        </w:tc>
      </w:tr>
      <w:tr w:rsidR="00C420C3" w:rsidRPr="004B007C" w14:paraId="1C727C02" w14:textId="77777777" w:rsidTr="004B007C">
        <w:trPr>
          <w:cantSplit/>
          <w:jc w:val="center"/>
        </w:trPr>
        <w:tc>
          <w:tcPr>
            <w:tcW w:w="5095" w:type="dxa"/>
            <w:shd w:val="clear" w:color="auto" w:fill="EAF2F8"/>
            <w:vAlign w:val="center"/>
          </w:tcPr>
          <w:p w14:paraId="02806ADC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 xml:space="preserve">Adresse </w:t>
            </w:r>
            <w:proofErr w:type="gramStart"/>
            <w:r w:rsidRPr="004B007C">
              <w:rPr>
                <w:b/>
                <w:sz w:val="19"/>
                <w:lang w:val="fr-FR"/>
              </w:rPr>
              <w:t>e-mail</w:t>
            </w:r>
            <w:proofErr w:type="gramEnd"/>
            <w:r w:rsidRPr="004B007C">
              <w:rPr>
                <w:b/>
                <w:sz w:val="19"/>
                <w:lang w:val="fr-FR"/>
              </w:rPr>
              <w:t xml:space="preserve"> universitaire</w:t>
            </w:r>
            <w:r w:rsidRPr="004B007C">
              <w:rPr>
                <w:lang w:val="fr-FR"/>
              </w:rPr>
              <w:br/>
            </w:r>
            <w:r w:rsidRPr="004B007C">
              <w:rPr>
                <w:lang w:val="fr-FR"/>
              </w:rPr>
              <w:br/>
            </w:r>
          </w:p>
        </w:tc>
        <w:tc>
          <w:tcPr>
            <w:tcW w:w="5095" w:type="dxa"/>
            <w:shd w:val="clear" w:color="auto" w:fill="EAF2F8"/>
            <w:vAlign w:val="center"/>
          </w:tcPr>
          <w:p w14:paraId="1390289B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Téléphone</w:t>
            </w:r>
            <w:r w:rsidRPr="004B007C">
              <w:rPr>
                <w:lang w:val="fr-FR"/>
              </w:rPr>
              <w:br/>
            </w:r>
            <w:r w:rsidRPr="004B007C">
              <w:rPr>
                <w:lang w:val="fr-FR"/>
              </w:rPr>
              <w:br/>
            </w:r>
          </w:p>
        </w:tc>
      </w:tr>
    </w:tbl>
    <w:p w14:paraId="6F0C1DF5" w14:textId="77777777" w:rsidR="00C420C3" w:rsidRPr="004B007C" w:rsidRDefault="00000000">
      <w:pPr>
        <w:pStyle w:val="Titre1"/>
        <w:rPr>
          <w:lang w:val="fr-FR"/>
        </w:rPr>
      </w:pPr>
      <w:r w:rsidRPr="004B007C">
        <w:rPr>
          <w:lang w:val="fr-FR"/>
        </w:rPr>
        <w:t>2. Projet de mobilité envisagé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7"/>
        <w:gridCol w:w="5093"/>
      </w:tblGrid>
      <w:tr w:rsidR="00C420C3" w:rsidRPr="004B007C" w14:paraId="7777388A" w14:textId="77777777" w:rsidTr="00100D41">
        <w:trPr>
          <w:cantSplit/>
          <w:trHeight w:val="1396"/>
        </w:trPr>
        <w:tc>
          <w:tcPr>
            <w:tcW w:w="5152" w:type="dxa"/>
            <w:shd w:val="clear" w:color="auto" w:fill="EAF2F8"/>
            <w:vAlign w:val="center"/>
          </w:tcPr>
          <w:p w14:paraId="3EE639EA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Année universitaire envisagée</w:t>
            </w:r>
          </w:p>
        </w:tc>
        <w:tc>
          <w:tcPr>
            <w:tcW w:w="5152" w:type="dxa"/>
            <w:vAlign w:val="center"/>
          </w:tcPr>
          <w:p w14:paraId="21488DDE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t>☐ 20____ / 20____</w:t>
            </w:r>
          </w:p>
        </w:tc>
      </w:tr>
      <w:tr w:rsidR="00C420C3" w:rsidRPr="004B007C" w14:paraId="0DC8152C" w14:textId="77777777" w:rsidTr="00100D41">
        <w:trPr>
          <w:cantSplit/>
          <w:trHeight w:val="1396"/>
        </w:trPr>
        <w:tc>
          <w:tcPr>
            <w:tcW w:w="5152" w:type="dxa"/>
            <w:shd w:val="clear" w:color="auto" w:fill="EAF2F8"/>
            <w:vAlign w:val="center"/>
          </w:tcPr>
          <w:p w14:paraId="33C0FD7F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Durée souhaitée</w:t>
            </w:r>
          </w:p>
        </w:tc>
        <w:tc>
          <w:tcPr>
            <w:tcW w:w="5152" w:type="dxa"/>
            <w:vAlign w:val="center"/>
          </w:tcPr>
          <w:p w14:paraId="6CDC3E66" w14:textId="77777777" w:rsidR="004B007C" w:rsidRDefault="00000000">
            <w:pPr>
              <w:rPr>
                <w:sz w:val="19"/>
                <w:lang w:val="fr-FR"/>
              </w:rPr>
            </w:pPr>
            <w:r w:rsidRPr="004B007C">
              <w:rPr>
                <w:sz w:val="19"/>
                <w:lang w:val="fr-FR"/>
              </w:rPr>
              <w:t xml:space="preserve">☐ 1 semestre   ☐ 2 semestres   </w:t>
            </w:r>
          </w:p>
          <w:p w14:paraId="0DC9B241" w14:textId="5F8ADA0E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t>☐ Autre</w:t>
            </w:r>
            <w:r w:rsidR="004B007C">
              <w:rPr>
                <w:sz w:val="19"/>
                <w:lang w:val="fr-FR"/>
              </w:rPr>
              <w:t xml:space="preserve"> (3 mois minimum)</w:t>
            </w:r>
            <w:r w:rsidRPr="004B007C">
              <w:rPr>
                <w:sz w:val="19"/>
                <w:lang w:val="fr-FR"/>
              </w:rPr>
              <w:t xml:space="preserve"> : __________</w:t>
            </w:r>
          </w:p>
        </w:tc>
      </w:tr>
      <w:tr w:rsidR="00C420C3" w:rsidRPr="004B007C" w14:paraId="53A7FB08" w14:textId="77777777" w:rsidTr="00100D41">
        <w:trPr>
          <w:cantSplit/>
          <w:trHeight w:val="1458"/>
        </w:trPr>
        <w:tc>
          <w:tcPr>
            <w:tcW w:w="5152" w:type="dxa"/>
            <w:shd w:val="clear" w:color="auto" w:fill="EAF2F8"/>
            <w:vAlign w:val="center"/>
          </w:tcPr>
          <w:p w14:paraId="4FE0FD3E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Type de mobilité</w:t>
            </w:r>
          </w:p>
        </w:tc>
        <w:tc>
          <w:tcPr>
            <w:tcW w:w="5152" w:type="dxa"/>
            <w:vAlign w:val="center"/>
          </w:tcPr>
          <w:p w14:paraId="05601F93" w14:textId="5A4215C9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t xml:space="preserve">☐ Études   ☐ </w:t>
            </w:r>
            <w:r w:rsidR="004B007C">
              <w:rPr>
                <w:sz w:val="19"/>
                <w:lang w:val="fr-FR"/>
              </w:rPr>
              <w:t>Stage</w:t>
            </w:r>
            <w:r w:rsidRPr="004B007C">
              <w:rPr>
                <w:sz w:val="19"/>
                <w:lang w:val="fr-FR"/>
              </w:rPr>
              <w:t xml:space="preserve"> : </w:t>
            </w:r>
          </w:p>
        </w:tc>
      </w:tr>
    </w:tbl>
    <w:p w14:paraId="6E563752" w14:textId="31CD7BAC" w:rsidR="00C420C3" w:rsidRPr="004B007C" w:rsidRDefault="00000000">
      <w:pPr>
        <w:pStyle w:val="Titre1"/>
        <w:rPr>
          <w:lang w:val="fr-FR"/>
        </w:rPr>
      </w:pPr>
      <w:r w:rsidRPr="004B007C">
        <w:rPr>
          <w:lang w:val="fr-FR"/>
        </w:rPr>
        <w:lastRenderedPageBreak/>
        <w:t>3. Niveau de langue</w:t>
      </w:r>
    </w:p>
    <w:p w14:paraId="7C9547AF" w14:textId="77777777" w:rsidR="00C420C3" w:rsidRPr="004B007C" w:rsidRDefault="00000000">
      <w:pPr>
        <w:rPr>
          <w:lang w:val="fr-FR"/>
        </w:rPr>
      </w:pPr>
      <w:r w:rsidRPr="004B007C">
        <w:rPr>
          <w:b/>
          <w:lang w:val="fr-FR"/>
        </w:rPr>
        <w:t xml:space="preserve">Langue(s) de mobilité envisagée(s) : </w:t>
      </w:r>
      <w:r w:rsidRPr="004B007C">
        <w:rPr>
          <w:lang w:val="fr-FR"/>
        </w:rPr>
        <w:t>____________________________________________________________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6"/>
        <w:gridCol w:w="3396"/>
        <w:gridCol w:w="3398"/>
      </w:tblGrid>
      <w:tr w:rsidR="00C420C3" w:rsidRPr="004B007C" w14:paraId="33E4D771" w14:textId="77777777" w:rsidTr="00100D41">
        <w:trPr>
          <w:cantSplit/>
          <w:trHeight w:val="650"/>
        </w:trPr>
        <w:tc>
          <w:tcPr>
            <w:tcW w:w="3419" w:type="dxa"/>
            <w:shd w:val="clear" w:color="auto" w:fill="D9EAF7"/>
            <w:vAlign w:val="center"/>
          </w:tcPr>
          <w:p w14:paraId="05EC115E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Langue</w:t>
            </w:r>
          </w:p>
        </w:tc>
        <w:tc>
          <w:tcPr>
            <w:tcW w:w="3419" w:type="dxa"/>
            <w:shd w:val="clear" w:color="auto" w:fill="D9EAF7"/>
            <w:vAlign w:val="center"/>
          </w:tcPr>
          <w:p w14:paraId="4C630250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Niveau (CECRL)</w:t>
            </w:r>
          </w:p>
        </w:tc>
        <w:tc>
          <w:tcPr>
            <w:tcW w:w="3419" w:type="dxa"/>
            <w:shd w:val="clear" w:color="auto" w:fill="D9EAF7"/>
            <w:vAlign w:val="center"/>
          </w:tcPr>
          <w:p w14:paraId="0D5C95A0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Justificatif joint</w:t>
            </w:r>
          </w:p>
        </w:tc>
      </w:tr>
      <w:tr w:rsidR="00C420C3" w:rsidRPr="004B007C" w14:paraId="2BA715EA" w14:textId="77777777" w:rsidTr="00100D41">
        <w:trPr>
          <w:cantSplit/>
          <w:trHeight w:val="735"/>
        </w:trPr>
        <w:tc>
          <w:tcPr>
            <w:tcW w:w="3419" w:type="dxa"/>
            <w:vAlign w:val="center"/>
          </w:tcPr>
          <w:p w14:paraId="6D29EC5B" w14:textId="77777777" w:rsidR="00C420C3" w:rsidRPr="004B007C" w:rsidRDefault="00C420C3">
            <w:pPr>
              <w:rPr>
                <w:lang w:val="fr-FR"/>
              </w:rPr>
            </w:pPr>
          </w:p>
        </w:tc>
        <w:tc>
          <w:tcPr>
            <w:tcW w:w="3419" w:type="dxa"/>
            <w:vAlign w:val="center"/>
          </w:tcPr>
          <w:p w14:paraId="7C5D44E2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t>☐ A1 ☐ A2 ☐ B1 ☐ B2 ☐ C1 ☐ C2</w:t>
            </w:r>
          </w:p>
        </w:tc>
        <w:tc>
          <w:tcPr>
            <w:tcW w:w="3419" w:type="dxa"/>
            <w:vAlign w:val="center"/>
          </w:tcPr>
          <w:p w14:paraId="21288C9D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t>☐ Oui</w:t>
            </w:r>
          </w:p>
        </w:tc>
      </w:tr>
      <w:tr w:rsidR="00C420C3" w:rsidRPr="004B007C" w14:paraId="22A5A9B2" w14:textId="77777777" w:rsidTr="00100D41">
        <w:trPr>
          <w:cantSplit/>
          <w:trHeight w:val="707"/>
        </w:trPr>
        <w:tc>
          <w:tcPr>
            <w:tcW w:w="3419" w:type="dxa"/>
            <w:vAlign w:val="center"/>
          </w:tcPr>
          <w:p w14:paraId="4400724C" w14:textId="77777777" w:rsidR="00C420C3" w:rsidRPr="004B007C" w:rsidRDefault="00C420C3">
            <w:pPr>
              <w:rPr>
                <w:lang w:val="fr-FR"/>
              </w:rPr>
            </w:pPr>
          </w:p>
        </w:tc>
        <w:tc>
          <w:tcPr>
            <w:tcW w:w="3419" w:type="dxa"/>
            <w:vAlign w:val="center"/>
          </w:tcPr>
          <w:p w14:paraId="602DA19A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t>☐ A1 ☐ A2 ☐ B1 ☐ B2 ☐ C1 ☐ C2</w:t>
            </w:r>
          </w:p>
        </w:tc>
        <w:tc>
          <w:tcPr>
            <w:tcW w:w="3419" w:type="dxa"/>
            <w:vAlign w:val="center"/>
          </w:tcPr>
          <w:p w14:paraId="519D8289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t>☐ Oui</w:t>
            </w:r>
          </w:p>
        </w:tc>
      </w:tr>
    </w:tbl>
    <w:p w14:paraId="486BE908" w14:textId="77777777" w:rsidR="00C420C3" w:rsidRPr="004B007C" w:rsidRDefault="00000000">
      <w:pPr>
        <w:rPr>
          <w:lang w:val="fr-FR"/>
        </w:rPr>
      </w:pPr>
      <w:r w:rsidRPr="004B007C">
        <w:rPr>
          <w:b/>
          <w:lang w:val="fr-FR"/>
        </w:rPr>
        <w:t xml:space="preserve">Pièce obligatoire : </w:t>
      </w:r>
      <w:r w:rsidRPr="004B007C">
        <w:rPr>
          <w:lang w:val="fr-FR"/>
        </w:rPr>
        <w:t>joindre une copie du test / certificat / justificatif de niveau de langue au présent formulaire.</w:t>
      </w:r>
    </w:p>
    <w:p w14:paraId="6ED7A9CD" w14:textId="77777777" w:rsidR="00C420C3" w:rsidRPr="004B007C" w:rsidRDefault="00000000">
      <w:pPr>
        <w:pStyle w:val="Titre1"/>
        <w:rPr>
          <w:lang w:val="fr-FR"/>
        </w:rPr>
      </w:pPr>
      <w:r w:rsidRPr="004B007C">
        <w:rPr>
          <w:lang w:val="fr-FR"/>
        </w:rPr>
        <w:t>4. Choix des destinations</w:t>
      </w:r>
    </w:p>
    <w:p w14:paraId="629A0BC4" w14:textId="77777777" w:rsidR="00C420C3" w:rsidRPr="004B007C" w:rsidRDefault="00000000">
      <w:pPr>
        <w:rPr>
          <w:lang w:val="fr-FR"/>
        </w:rPr>
      </w:pPr>
      <w:r w:rsidRPr="004B007C">
        <w:rPr>
          <w:lang w:val="fr-FR"/>
        </w:rPr>
        <w:t>Indiquer jusqu’à 3 destinations, par ordre de préférence décroissante (1 = choix prioritaire).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47"/>
        <w:gridCol w:w="3347"/>
        <w:gridCol w:w="3347"/>
      </w:tblGrid>
      <w:tr w:rsidR="00100D41" w:rsidRPr="004B007C" w14:paraId="54F20386" w14:textId="77777777" w:rsidTr="00100D41">
        <w:trPr>
          <w:cantSplit/>
          <w:trHeight w:val="854"/>
        </w:trPr>
        <w:tc>
          <w:tcPr>
            <w:tcW w:w="3347" w:type="dxa"/>
            <w:shd w:val="clear" w:color="auto" w:fill="D9EAF7"/>
            <w:vAlign w:val="center"/>
          </w:tcPr>
          <w:p w14:paraId="4AC2466E" w14:textId="77777777" w:rsidR="00100D41" w:rsidRPr="004B007C" w:rsidRDefault="00100D41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Priorité</w:t>
            </w:r>
          </w:p>
        </w:tc>
        <w:tc>
          <w:tcPr>
            <w:tcW w:w="3347" w:type="dxa"/>
            <w:shd w:val="clear" w:color="auto" w:fill="D9EAF7"/>
            <w:vAlign w:val="center"/>
          </w:tcPr>
          <w:p w14:paraId="1A14B6D7" w14:textId="77777777" w:rsidR="00100D41" w:rsidRPr="004B007C" w:rsidRDefault="00100D41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Pays</w:t>
            </w:r>
          </w:p>
        </w:tc>
        <w:tc>
          <w:tcPr>
            <w:tcW w:w="3347" w:type="dxa"/>
            <w:shd w:val="clear" w:color="auto" w:fill="D9EAF7"/>
            <w:vAlign w:val="center"/>
          </w:tcPr>
          <w:p w14:paraId="27B71785" w14:textId="7FEB4FAA" w:rsidR="00100D41" w:rsidRPr="004B007C" w:rsidRDefault="004B007C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Établissement (</w:t>
            </w:r>
            <w:r w:rsidR="00100D41" w:rsidRPr="004B007C">
              <w:rPr>
                <w:b/>
                <w:sz w:val="19"/>
                <w:lang w:val="fr-FR"/>
              </w:rPr>
              <w:t>code ERSAMUS)</w:t>
            </w:r>
            <w:r w:rsidR="00F87F6E">
              <w:rPr>
                <w:b/>
                <w:sz w:val="19"/>
                <w:lang w:val="fr-FR"/>
              </w:rPr>
              <w:t xml:space="preserve"> </w:t>
            </w:r>
            <w:r w:rsidR="00100D41" w:rsidRPr="004B007C">
              <w:rPr>
                <w:b/>
                <w:sz w:val="19"/>
                <w:lang w:val="fr-FR"/>
              </w:rPr>
              <w:t>/ ville souhaité(e)</w:t>
            </w:r>
          </w:p>
        </w:tc>
      </w:tr>
      <w:tr w:rsidR="00100D41" w:rsidRPr="004B007C" w14:paraId="48CC9567" w14:textId="77777777" w:rsidTr="00100D41">
        <w:trPr>
          <w:cantSplit/>
          <w:trHeight w:val="909"/>
        </w:trPr>
        <w:tc>
          <w:tcPr>
            <w:tcW w:w="3347" w:type="dxa"/>
            <w:vAlign w:val="center"/>
          </w:tcPr>
          <w:p w14:paraId="637E1939" w14:textId="77777777" w:rsidR="00100D41" w:rsidRPr="004B007C" w:rsidRDefault="00100D41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1 – Priorité</w:t>
            </w:r>
          </w:p>
        </w:tc>
        <w:tc>
          <w:tcPr>
            <w:tcW w:w="3347" w:type="dxa"/>
            <w:vAlign w:val="center"/>
          </w:tcPr>
          <w:p w14:paraId="779A8EF9" w14:textId="77777777" w:rsidR="00100D41" w:rsidRPr="004B007C" w:rsidRDefault="00100D41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br/>
            </w:r>
          </w:p>
        </w:tc>
        <w:tc>
          <w:tcPr>
            <w:tcW w:w="3347" w:type="dxa"/>
            <w:vAlign w:val="center"/>
          </w:tcPr>
          <w:p w14:paraId="7F6BDC8A" w14:textId="77777777" w:rsidR="00100D41" w:rsidRPr="004B007C" w:rsidRDefault="00100D41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br/>
            </w:r>
          </w:p>
        </w:tc>
      </w:tr>
      <w:tr w:rsidR="00100D41" w:rsidRPr="004B007C" w14:paraId="20E0D374" w14:textId="77777777" w:rsidTr="00100D41">
        <w:trPr>
          <w:cantSplit/>
          <w:trHeight w:val="909"/>
        </w:trPr>
        <w:tc>
          <w:tcPr>
            <w:tcW w:w="3347" w:type="dxa"/>
            <w:vAlign w:val="center"/>
          </w:tcPr>
          <w:p w14:paraId="6B8C5965" w14:textId="77777777" w:rsidR="00100D41" w:rsidRPr="004B007C" w:rsidRDefault="00100D41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2 – Priorité</w:t>
            </w:r>
          </w:p>
        </w:tc>
        <w:tc>
          <w:tcPr>
            <w:tcW w:w="3347" w:type="dxa"/>
            <w:vAlign w:val="center"/>
          </w:tcPr>
          <w:p w14:paraId="024E74C0" w14:textId="77777777" w:rsidR="00100D41" w:rsidRPr="004B007C" w:rsidRDefault="00100D41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br/>
            </w:r>
          </w:p>
        </w:tc>
        <w:tc>
          <w:tcPr>
            <w:tcW w:w="3347" w:type="dxa"/>
            <w:vAlign w:val="center"/>
          </w:tcPr>
          <w:p w14:paraId="16E1A35F" w14:textId="77777777" w:rsidR="00100D41" w:rsidRPr="004B007C" w:rsidRDefault="00100D41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br/>
            </w:r>
          </w:p>
        </w:tc>
      </w:tr>
      <w:tr w:rsidR="00100D41" w:rsidRPr="004B007C" w14:paraId="1E9E994A" w14:textId="77777777" w:rsidTr="00100D41">
        <w:trPr>
          <w:cantSplit/>
          <w:trHeight w:val="909"/>
        </w:trPr>
        <w:tc>
          <w:tcPr>
            <w:tcW w:w="3347" w:type="dxa"/>
            <w:vAlign w:val="center"/>
          </w:tcPr>
          <w:p w14:paraId="6C1CC6A8" w14:textId="77777777" w:rsidR="00100D41" w:rsidRPr="004B007C" w:rsidRDefault="00100D41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3 – Priorité</w:t>
            </w:r>
          </w:p>
        </w:tc>
        <w:tc>
          <w:tcPr>
            <w:tcW w:w="3347" w:type="dxa"/>
            <w:vAlign w:val="center"/>
          </w:tcPr>
          <w:p w14:paraId="26FDF9BE" w14:textId="77777777" w:rsidR="00100D41" w:rsidRPr="004B007C" w:rsidRDefault="00100D41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br/>
            </w:r>
          </w:p>
        </w:tc>
        <w:tc>
          <w:tcPr>
            <w:tcW w:w="3347" w:type="dxa"/>
            <w:vAlign w:val="center"/>
          </w:tcPr>
          <w:p w14:paraId="7862B846" w14:textId="77777777" w:rsidR="00100D41" w:rsidRPr="004B007C" w:rsidRDefault="00100D41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br/>
            </w:r>
          </w:p>
        </w:tc>
      </w:tr>
    </w:tbl>
    <w:p w14:paraId="456B608F" w14:textId="77777777" w:rsidR="00C420C3" w:rsidRPr="004B007C" w:rsidRDefault="00000000">
      <w:pPr>
        <w:pStyle w:val="Titre1"/>
        <w:rPr>
          <w:lang w:val="fr-FR"/>
        </w:rPr>
      </w:pPr>
      <w:r w:rsidRPr="004B007C">
        <w:rPr>
          <w:lang w:val="fr-FR"/>
        </w:rPr>
        <w:t>5. Résultats académiques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7"/>
        <w:gridCol w:w="5093"/>
      </w:tblGrid>
      <w:tr w:rsidR="00C420C3" w:rsidRPr="004B007C" w14:paraId="315EFBA4" w14:textId="77777777" w:rsidTr="00100D41">
        <w:trPr>
          <w:cantSplit/>
          <w:trHeight w:val="604"/>
        </w:trPr>
        <w:tc>
          <w:tcPr>
            <w:tcW w:w="5134" w:type="dxa"/>
            <w:shd w:val="clear" w:color="auto" w:fill="EAF2F8"/>
            <w:vAlign w:val="center"/>
          </w:tcPr>
          <w:p w14:paraId="43641C06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Classement dans la promotion – année en cours</w:t>
            </w:r>
          </w:p>
        </w:tc>
        <w:tc>
          <w:tcPr>
            <w:tcW w:w="5134" w:type="dxa"/>
            <w:vAlign w:val="center"/>
          </w:tcPr>
          <w:p w14:paraId="7293F65B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t>__________ / __________</w:t>
            </w:r>
          </w:p>
        </w:tc>
      </w:tr>
      <w:tr w:rsidR="00C420C3" w:rsidRPr="004B007C" w14:paraId="3CE21AB4" w14:textId="77777777" w:rsidTr="00100D41">
        <w:trPr>
          <w:cantSplit/>
          <w:trHeight w:val="604"/>
        </w:trPr>
        <w:tc>
          <w:tcPr>
            <w:tcW w:w="5134" w:type="dxa"/>
            <w:shd w:val="clear" w:color="auto" w:fill="EAF2F8"/>
            <w:vAlign w:val="center"/>
          </w:tcPr>
          <w:p w14:paraId="23E8A2B7" w14:textId="449534E9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 xml:space="preserve">Moyenne générale – année </w:t>
            </w:r>
            <w:r w:rsidR="004B007C">
              <w:rPr>
                <w:b/>
                <w:sz w:val="19"/>
                <w:lang w:val="fr-FR"/>
              </w:rPr>
              <w:t>précédente</w:t>
            </w:r>
            <w:r w:rsidRPr="004B007C">
              <w:rPr>
                <w:b/>
                <w:sz w:val="19"/>
                <w:lang w:val="fr-FR"/>
              </w:rPr>
              <w:t xml:space="preserve"> </w:t>
            </w:r>
          </w:p>
        </w:tc>
        <w:tc>
          <w:tcPr>
            <w:tcW w:w="5134" w:type="dxa"/>
            <w:vAlign w:val="center"/>
          </w:tcPr>
          <w:p w14:paraId="2EB6FBAE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t>__________ / 20</w:t>
            </w:r>
          </w:p>
        </w:tc>
      </w:tr>
      <w:tr w:rsidR="00C420C3" w:rsidRPr="004B007C" w14:paraId="2BDB4C35" w14:textId="77777777" w:rsidTr="00100D41">
        <w:trPr>
          <w:cantSplit/>
          <w:trHeight w:val="1891"/>
        </w:trPr>
        <w:tc>
          <w:tcPr>
            <w:tcW w:w="5134" w:type="dxa"/>
            <w:shd w:val="clear" w:color="auto" w:fill="EAF2F8"/>
            <w:vAlign w:val="center"/>
          </w:tcPr>
          <w:p w14:paraId="492732B9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Éléments académiques à signaler (distinctions, rattrapage, etc.)</w:t>
            </w:r>
          </w:p>
        </w:tc>
        <w:tc>
          <w:tcPr>
            <w:tcW w:w="5134" w:type="dxa"/>
            <w:vAlign w:val="center"/>
          </w:tcPr>
          <w:p w14:paraId="5DCDFDB8" w14:textId="77777777" w:rsidR="00C420C3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br/>
            </w:r>
            <w:r w:rsidRPr="004B007C">
              <w:rPr>
                <w:sz w:val="19"/>
                <w:lang w:val="fr-FR"/>
              </w:rPr>
              <w:br/>
            </w:r>
          </w:p>
          <w:p w14:paraId="78F80E7F" w14:textId="77777777" w:rsidR="004B007C" w:rsidRPr="004B007C" w:rsidRDefault="004B007C" w:rsidP="004B007C">
            <w:pPr>
              <w:rPr>
                <w:lang w:val="fr-FR"/>
              </w:rPr>
            </w:pPr>
          </w:p>
          <w:p w14:paraId="47A3AEBB" w14:textId="77777777" w:rsidR="004B007C" w:rsidRDefault="004B007C" w:rsidP="004B007C">
            <w:pPr>
              <w:rPr>
                <w:lang w:val="fr-FR"/>
              </w:rPr>
            </w:pPr>
          </w:p>
          <w:p w14:paraId="715F5263" w14:textId="77777777" w:rsidR="004B007C" w:rsidRPr="004B007C" w:rsidRDefault="004B007C" w:rsidP="004B007C">
            <w:pPr>
              <w:rPr>
                <w:lang w:val="fr-FR"/>
              </w:rPr>
            </w:pPr>
          </w:p>
          <w:p w14:paraId="24084964" w14:textId="77777777" w:rsidR="004B007C" w:rsidRDefault="004B007C" w:rsidP="004B007C">
            <w:pPr>
              <w:rPr>
                <w:lang w:val="fr-FR"/>
              </w:rPr>
            </w:pPr>
          </w:p>
          <w:p w14:paraId="73F02296" w14:textId="77777777" w:rsidR="004B007C" w:rsidRDefault="004B007C" w:rsidP="004B007C">
            <w:pPr>
              <w:rPr>
                <w:lang w:val="fr-FR"/>
              </w:rPr>
            </w:pPr>
          </w:p>
          <w:p w14:paraId="7FD1BA0C" w14:textId="77777777" w:rsidR="004B007C" w:rsidRPr="004B007C" w:rsidRDefault="004B007C" w:rsidP="004B007C">
            <w:pPr>
              <w:rPr>
                <w:lang w:val="fr-FR"/>
              </w:rPr>
            </w:pPr>
          </w:p>
        </w:tc>
      </w:tr>
    </w:tbl>
    <w:p w14:paraId="17074BD2" w14:textId="77777777" w:rsidR="00C420C3" w:rsidRPr="004B007C" w:rsidRDefault="00000000">
      <w:pPr>
        <w:pStyle w:val="Titre1"/>
        <w:rPr>
          <w:lang w:val="fr-FR"/>
        </w:rPr>
      </w:pPr>
      <w:r w:rsidRPr="004B007C">
        <w:rPr>
          <w:lang w:val="fr-FR"/>
        </w:rPr>
        <w:lastRenderedPageBreak/>
        <w:t>6. Liens avec le(s) pays de mobilité</w:t>
      </w:r>
    </w:p>
    <w:p w14:paraId="0DF48478" w14:textId="77777777" w:rsidR="00C420C3" w:rsidRPr="004B007C" w:rsidRDefault="00000000">
      <w:pPr>
        <w:rPr>
          <w:lang w:val="fr-FR"/>
        </w:rPr>
      </w:pPr>
      <w:r w:rsidRPr="004B007C">
        <w:rPr>
          <w:lang w:val="fr-FR"/>
        </w:rPr>
        <w:t>Pour chaque pays demandé, préciser les éventuels liens personnels, familiaux, académiques ou autres.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3"/>
        <w:gridCol w:w="5097"/>
      </w:tblGrid>
      <w:tr w:rsidR="00C420C3" w:rsidRPr="004B007C" w14:paraId="2A27E6FB" w14:textId="77777777" w:rsidTr="00100D41">
        <w:trPr>
          <w:cantSplit/>
          <w:trHeight w:val="554"/>
        </w:trPr>
        <w:tc>
          <w:tcPr>
            <w:tcW w:w="5134" w:type="dxa"/>
            <w:shd w:val="clear" w:color="auto" w:fill="D9EAF7"/>
            <w:vAlign w:val="center"/>
          </w:tcPr>
          <w:p w14:paraId="788AA683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Pays</w:t>
            </w:r>
          </w:p>
        </w:tc>
        <w:tc>
          <w:tcPr>
            <w:tcW w:w="5134" w:type="dxa"/>
            <w:shd w:val="clear" w:color="auto" w:fill="D9EAF7"/>
            <w:vAlign w:val="center"/>
          </w:tcPr>
          <w:p w14:paraId="7A22F542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Liens éventuels avec le pays</w:t>
            </w:r>
          </w:p>
        </w:tc>
      </w:tr>
      <w:tr w:rsidR="00C420C3" w:rsidRPr="004B007C" w14:paraId="1E589442" w14:textId="77777777" w:rsidTr="00100D41">
        <w:trPr>
          <w:cantSplit/>
          <w:trHeight w:val="1182"/>
        </w:trPr>
        <w:tc>
          <w:tcPr>
            <w:tcW w:w="5134" w:type="dxa"/>
            <w:vAlign w:val="center"/>
          </w:tcPr>
          <w:p w14:paraId="57D4E45A" w14:textId="77777777" w:rsidR="00C420C3" w:rsidRPr="004B007C" w:rsidRDefault="00C420C3">
            <w:pPr>
              <w:rPr>
                <w:lang w:val="fr-FR"/>
              </w:rPr>
            </w:pPr>
          </w:p>
        </w:tc>
        <w:tc>
          <w:tcPr>
            <w:tcW w:w="5134" w:type="dxa"/>
            <w:vAlign w:val="center"/>
          </w:tcPr>
          <w:p w14:paraId="1D49413D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br/>
            </w:r>
          </w:p>
        </w:tc>
      </w:tr>
      <w:tr w:rsidR="00C420C3" w:rsidRPr="004B007C" w14:paraId="3F2C105A" w14:textId="77777777" w:rsidTr="00100D41">
        <w:trPr>
          <w:cantSplit/>
          <w:trHeight w:val="1182"/>
        </w:trPr>
        <w:tc>
          <w:tcPr>
            <w:tcW w:w="5134" w:type="dxa"/>
            <w:vAlign w:val="center"/>
          </w:tcPr>
          <w:p w14:paraId="473C6C50" w14:textId="77777777" w:rsidR="00C420C3" w:rsidRPr="004B007C" w:rsidRDefault="00C420C3">
            <w:pPr>
              <w:rPr>
                <w:lang w:val="fr-FR"/>
              </w:rPr>
            </w:pPr>
          </w:p>
        </w:tc>
        <w:tc>
          <w:tcPr>
            <w:tcW w:w="5134" w:type="dxa"/>
            <w:vAlign w:val="center"/>
          </w:tcPr>
          <w:p w14:paraId="741405B6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br/>
            </w:r>
          </w:p>
        </w:tc>
      </w:tr>
      <w:tr w:rsidR="00C420C3" w:rsidRPr="004B007C" w14:paraId="3EAB7120" w14:textId="77777777" w:rsidTr="00100D41">
        <w:trPr>
          <w:cantSplit/>
          <w:trHeight w:val="1182"/>
        </w:trPr>
        <w:tc>
          <w:tcPr>
            <w:tcW w:w="5134" w:type="dxa"/>
            <w:vAlign w:val="center"/>
          </w:tcPr>
          <w:p w14:paraId="187C22A4" w14:textId="77777777" w:rsidR="00C420C3" w:rsidRPr="004B007C" w:rsidRDefault="00C420C3">
            <w:pPr>
              <w:rPr>
                <w:lang w:val="fr-FR"/>
              </w:rPr>
            </w:pPr>
          </w:p>
        </w:tc>
        <w:tc>
          <w:tcPr>
            <w:tcW w:w="5134" w:type="dxa"/>
            <w:vAlign w:val="center"/>
          </w:tcPr>
          <w:p w14:paraId="6D49AE2A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br/>
            </w:r>
          </w:p>
        </w:tc>
      </w:tr>
    </w:tbl>
    <w:p w14:paraId="521FB9CE" w14:textId="77777777" w:rsidR="00C420C3" w:rsidRPr="004B007C" w:rsidRDefault="00000000">
      <w:pPr>
        <w:pStyle w:val="Titre1"/>
        <w:rPr>
          <w:lang w:val="fr-FR"/>
        </w:rPr>
      </w:pPr>
      <w:r w:rsidRPr="004B007C">
        <w:rPr>
          <w:lang w:val="fr-FR"/>
        </w:rPr>
        <w:t>7. Voyages déjà réalisés dans le(s) pays concerné(s)</w:t>
      </w:r>
    </w:p>
    <w:p w14:paraId="2628043B" w14:textId="77777777" w:rsidR="00C420C3" w:rsidRPr="004B007C" w:rsidRDefault="00000000">
      <w:pPr>
        <w:rPr>
          <w:lang w:val="fr-FR"/>
        </w:rPr>
      </w:pPr>
      <w:r w:rsidRPr="004B007C">
        <w:rPr>
          <w:lang w:val="fr-FR"/>
        </w:rPr>
        <w:t>Indiquer les séjours/voyages déjà effectués dans les pays demandés, en précisant si possible l’année, la durée et le motif.</w:t>
      </w:r>
    </w:p>
    <w:tbl>
      <w:tblPr>
        <w:tblStyle w:val="Grilledutableau"/>
        <w:tblW w:w="10707" w:type="dxa"/>
        <w:tblLook w:val="04A0" w:firstRow="1" w:lastRow="0" w:firstColumn="1" w:lastColumn="0" w:noHBand="0" w:noVBand="1"/>
      </w:tblPr>
      <w:tblGrid>
        <w:gridCol w:w="3569"/>
        <w:gridCol w:w="3569"/>
        <w:gridCol w:w="3569"/>
      </w:tblGrid>
      <w:tr w:rsidR="00100D41" w:rsidRPr="004B007C" w14:paraId="1BB0B502" w14:textId="77777777" w:rsidTr="003C60C6">
        <w:trPr>
          <w:cantSplit/>
          <w:trHeight w:val="1332"/>
        </w:trPr>
        <w:tc>
          <w:tcPr>
            <w:tcW w:w="3569" w:type="dxa"/>
            <w:shd w:val="clear" w:color="auto" w:fill="D9EAF7"/>
            <w:vAlign w:val="center"/>
          </w:tcPr>
          <w:p w14:paraId="68371097" w14:textId="77777777" w:rsidR="00100D41" w:rsidRPr="004B007C" w:rsidRDefault="00100D41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Pays</w:t>
            </w:r>
          </w:p>
        </w:tc>
        <w:tc>
          <w:tcPr>
            <w:tcW w:w="3569" w:type="dxa"/>
            <w:shd w:val="clear" w:color="auto" w:fill="D9EAF7"/>
            <w:vAlign w:val="center"/>
          </w:tcPr>
          <w:p w14:paraId="28F55503" w14:textId="77777777" w:rsidR="00100D41" w:rsidRPr="004B007C" w:rsidRDefault="00100D41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Durée</w:t>
            </w:r>
          </w:p>
        </w:tc>
        <w:tc>
          <w:tcPr>
            <w:tcW w:w="3569" w:type="dxa"/>
            <w:shd w:val="clear" w:color="auto" w:fill="D9EAF7"/>
            <w:vAlign w:val="center"/>
          </w:tcPr>
          <w:p w14:paraId="66CB2E00" w14:textId="7E4BA654" w:rsidR="00100D41" w:rsidRPr="004B007C" w:rsidRDefault="00100D41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Contexte du séjour</w:t>
            </w:r>
          </w:p>
        </w:tc>
      </w:tr>
      <w:tr w:rsidR="00100D41" w:rsidRPr="004B007C" w14:paraId="4AB6A4A4" w14:textId="77777777" w:rsidTr="003C60C6">
        <w:trPr>
          <w:cantSplit/>
          <w:trHeight w:val="1507"/>
        </w:trPr>
        <w:tc>
          <w:tcPr>
            <w:tcW w:w="3569" w:type="dxa"/>
            <w:vAlign w:val="center"/>
          </w:tcPr>
          <w:p w14:paraId="651CBCA1" w14:textId="77777777" w:rsidR="00100D41" w:rsidRPr="004B007C" w:rsidRDefault="00100D41">
            <w:pPr>
              <w:rPr>
                <w:lang w:val="fr-FR"/>
              </w:rPr>
            </w:pPr>
          </w:p>
        </w:tc>
        <w:tc>
          <w:tcPr>
            <w:tcW w:w="3569" w:type="dxa"/>
            <w:vAlign w:val="center"/>
          </w:tcPr>
          <w:p w14:paraId="5710675F" w14:textId="77777777" w:rsidR="00100D41" w:rsidRPr="004B007C" w:rsidRDefault="00100D41">
            <w:pPr>
              <w:rPr>
                <w:lang w:val="fr-FR"/>
              </w:rPr>
            </w:pPr>
          </w:p>
        </w:tc>
        <w:tc>
          <w:tcPr>
            <w:tcW w:w="3569" w:type="dxa"/>
            <w:vAlign w:val="center"/>
          </w:tcPr>
          <w:p w14:paraId="2B5A8540" w14:textId="77777777" w:rsidR="00100D41" w:rsidRPr="004B007C" w:rsidRDefault="00100D41">
            <w:pPr>
              <w:rPr>
                <w:lang w:val="fr-FR"/>
              </w:rPr>
            </w:pPr>
          </w:p>
        </w:tc>
      </w:tr>
      <w:tr w:rsidR="00100D41" w:rsidRPr="004B007C" w14:paraId="5CBBD211" w14:textId="77777777" w:rsidTr="003C60C6">
        <w:trPr>
          <w:cantSplit/>
          <w:trHeight w:val="1449"/>
        </w:trPr>
        <w:tc>
          <w:tcPr>
            <w:tcW w:w="3569" w:type="dxa"/>
            <w:vAlign w:val="center"/>
          </w:tcPr>
          <w:p w14:paraId="5BD710DA" w14:textId="77777777" w:rsidR="00100D41" w:rsidRPr="004B007C" w:rsidRDefault="00100D41">
            <w:pPr>
              <w:rPr>
                <w:lang w:val="fr-FR"/>
              </w:rPr>
            </w:pPr>
          </w:p>
        </w:tc>
        <w:tc>
          <w:tcPr>
            <w:tcW w:w="3569" w:type="dxa"/>
            <w:vAlign w:val="center"/>
          </w:tcPr>
          <w:p w14:paraId="102EDE5E" w14:textId="77777777" w:rsidR="00100D41" w:rsidRPr="004B007C" w:rsidRDefault="00100D41">
            <w:pPr>
              <w:rPr>
                <w:lang w:val="fr-FR"/>
              </w:rPr>
            </w:pPr>
          </w:p>
        </w:tc>
        <w:tc>
          <w:tcPr>
            <w:tcW w:w="3569" w:type="dxa"/>
            <w:vAlign w:val="center"/>
          </w:tcPr>
          <w:p w14:paraId="71156475" w14:textId="77777777" w:rsidR="00100D41" w:rsidRPr="004B007C" w:rsidRDefault="00100D41">
            <w:pPr>
              <w:rPr>
                <w:lang w:val="fr-FR"/>
              </w:rPr>
            </w:pPr>
          </w:p>
        </w:tc>
      </w:tr>
      <w:tr w:rsidR="00100D41" w:rsidRPr="004B007C" w14:paraId="0349EF3B" w14:textId="77777777" w:rsidTr="003C60C6">
        <w:trPr>
          <w:cantSplit/>
          <w:trHeight w:val="1507"/>
        </w:trPr>
        <w:tc>
          <w:tcPr>
            <w:tcW w:w="3569" w:type="dxa"/>
            <w:vAlign w:val="center"/>
          </w:tcPr>
          <w:p w14:paraId="2C76AFDE" w14:textId="77777777" w:rsidR="00100D41" w:rsidRPr="004B007C" w:rsidRDefault="00100D41">
            <w:pPr>
              <w:rPr>
                <w:lang w:val="fr-FR"/>
              </w:rPr>
            </w:pPr>
          </w:p>
        </w:tc>
        <w:tc>
          <w:tcPr>
            <w:tcW w:w="3569" w:type="dxa"/>
            <w:vAlign w:val="center"/>
          </w:tcPr>
          <w:p w14:paraId="6966E03B" w14:textId="77777777" w:rsidR="00100D41" w:rsidRPr="004B007C" w:rsidRDefault="00100D41">
            <w:pPr>
              <w:rPr>
                <w:lang w:val="fr-FR"/>
              </w:rPr>
            </w:pPr>
          </w:p>
        </w:tc>
        <w:tc>
          <w:tcPr>
            <w:tcW w:w="3569" w:type="dxa"/>
            <w:vAlign w:val="center"/>
          </w:tcPr>
          <w:p w14:paraId="2AB52B46" w14:textId="77777777" w:rsidR="00100D41" w:rsidRPr="004B007C" w:rsidRDefault="00100D41">
            <w:pPr>
              <w:rPr>
                <w:lang w:val="fr-FR"/>
              </w:rPr>
            </w:pPr>
          </w:p>
        </w:tc>
      </w:tr>
    </w:tbl>
    <w:p w14:paraId="466B52E5" w14:textId="77777777" w:rsidR="00C420C3" w:rsidRPr="004B007C" w:rsidRDefault="00000000">
      <w:pPr>
        <w:pStyle w:val="Titre1"/>
        <w:rPr>
          <w:lang w:val="fr-FR"/>
        </w:rPr>
      </w:pPr>
      <w:r w:rsidRPr="004B007C">
        <w:rPr>
          <w:lang w:val="fr-FR"/>
        </w:rPr>
        <w:lastRenderedPageBreak/>
        <w:t>8. Situation et ressources financières</w:t>
      </w:r>
    </w:p>
    <w:p w14:paraId="1E57F855" w14:textId="77777777" w:rsidR="00C420C3" w:rsidRPr="004B007C" w:rsidRDefault="00000000">
      <w:pPr>
        <w:rPr>
          <w:lang w:val="fr-FR"/>
        </w:rPr>
      </w:pPr>
      <w:r w:rsidRPr="004B007C">
        <w:rPr>
          <w:lang w:val="fr-FR"/>
        </w:rPr>
        <w:t>Cette rubrique vise à apprécier les conditions matérielles envisagées pour la mobilité. Les montants peuvent être donnés à titre indicatif.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3"/>
        <w:gridCol w:w="5097"/>
      </w:tblGrid>
      <w:tr w:rsidR="00C420C3" w:rsidRPr="004B007C" w14:paraId="4A7A0A1D" w14:textId="77777777" w:rsidTr="00100D41">
        <w:trPr>
          <w:cantSplit/>
          <w:trHeight w:val="321"/>
        </w:trPr>
        <w:tc>
          <w:tcPr>
            <w:tcW w:w="5139" w:type="dxa"/>
            <w:shd w:val="clear" w:color="auto" w:fill="EAF2F8"/>
            <w:vAlign w:val="center"/>
          </w:tcPr>
          <w:p w14:paraId="1D6EAFCC" w14:textId="1B5CB816" w:rsidR="00C420C3" w:rsidRPr="004B007C" w:rsidRDefault="00100D41">
            <w:pPr>
              <w:rPr>
                <w:b/>
                <w:sz w:val="19"/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Budget mensuel estimé</w:t>
            </w:r>
            <w:r w:rsidR="004B007C">
              <w:rPr>
                <w:b/>
                <w:sz w:val="19"/>
                <w:lang w:val="fr-FR"/>
              </w:rPr>
              <w:t xml:space="preserve"> sur place</w:t>
            </w:r>
          </w:p>
          <w:p w14:paraId="2FDE96E4" w14:textId="77777777" w:rsidR="00100D41" w:rsidRPr="004B007C" w:rsidRDefault="00100D41">
            <w:pPr>
              <w:rPr>
                <w:lang w:val="fr-FR"/>
              </w:rPr>
            </w:pPr>
          </w:p>
        </w:tc>
        <w:tc>
          <w:tcPr>
            <w:tcW w:w="5139" w:type="dxa"/>
            <w:vAlign w:val="center"/>
          </w:tcPr>
          <w:p w14:paraId="094F83A5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t>________________ € / mois</w:t>
            </w:r>
          </w:p>
        </w:tc>
      </w:tr>
      <w:tr w:rsidR="00C420C3" w:rsidRPr="004B007C" w14:paraId="40DBB91A" w14:textId="77777777" w:rsidTr="00100D41">
        <w:trPr>
          <w:cantSplit/>
          <w:trHeight w:val="684"/>
        </w:trPr>
        <w:tc>
          <w:tcPr>
            <w:tcW w:w="5139" w:type="dxa"/>
            <w:shd w:val="clear" w:color="auto" w:fill="EAF2F8"/>
            <w:vAlign w:val="center"/>
          </w:tcPr>
          <w:p w14:paraId="46E2C4B7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Bourse(s) / aide(s) financière(s) déjà obtenue(s) ou envisagée(s)</w:t>
            </w:r>
          </w:p>
        </w:tc>
        <w:tc>
          <w:tcPr>
            <w:tcW w:w="5139" w:type="dxa"/>
            <w:vAlign w:val="center"/>
          </w:tcPr>
          <w:p w14:paraId="04A17394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br/>
            </w:r>
          </w:p>
        </w:tc>
      </w:tr>
      <w:tr w:rsidR="00C420C3" w:rsidRPr="004B007C" w14:paraId="2F14726F" w14:textId="77777777" w:rsidTr="00100D41">
        <w:trPr>
          <w:cantSplit/>
          <w:trHeight w:val="684"/>
        </w:trPr>
        <w:tc>
          <w:tcPr>
            <w:tcW w:w="5139" w:type="dxa"/>
            <w:shd w:val="clear" w:color="auto" w:fill="EAF2F8"/>
            <w:vAlign w:val="center"/>
          </w:tcPr>
          <w:p w14:paraId="4858E719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Aide familiale / ressources personnelles</w:t>
            </w:r>
          </w:p>
        </w:tc>
        <w:tc>
          <w:tcPr>
            <w:tcW w:w="5139" w:type="dxa"/>
            <w:vAlign w:val="center"/>
          </w:tcPr>
          <w:p w14:paraId="15A67CF5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br/>
            </w:r>
          </w:p>
        </w:tc>
      </w:tr>
      <w:tr w:rsidR="00C420C3" w:rsidRPr="004B007C" w14:paraId="776BB90D" w14:textId="77777777" w:rsidTr="00100D41">
        <w:trPr>
          <w:cantSplit/>
          <w:trHeight w:val="684"/>
        </w:trPr>
        <w:tc>
          <w:tcPr>
            <w:tcW w:w="5139" w:type="dxa"/>
            <w:shd w:val="clear" w:color="auto" w:fill="EAF2F8"/>
            <w:vAlign w:val="center"/>
          </w:tcPr>
          <w:p w14:paraId="3E76E557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Emploi / revenu personnel pendant l’année universitaire</w:t>
            </w:r>
          </w:p>
        </w:tc>
        <w:tc>
          <w:tcPr>
            <w:tcW w:w="5139" w:type="dxa"/>
            <w:vAlign w:val="center"/>
          </w:tcPr>
          <w:p w14:paraId="72490C59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br/>
            </w:r>
          </w:p>
        </w:tc>
      </w:tr>
      <w:tr w:rsidR="00C420C3" w:rsidRPr="004B007C" w14:paraId="5D2CB5A4" w14:textId="77777777" w:rsidTr="00100D41">
        <w:trPr>
          <w:cantSplit/>
          <w:trHeight w:val="670"/>
        </w:trPr>
        <w:tc>
          <w:tcPr>
            <w:tcW w:w="5139" w:type="dxa"/>
            <w:shd w:val="clear" w:color="auto" w:fill="EAF2F8"/>
            <w:vAlign w:val="center"/>
          </w:tcPr>
          <w:p w14:paraId="7AA71856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Autres ressources ou contraintes financières à signaler</w:t>
            </w:r>
          </w:p>
        </w:tc>
        <w:tc>
          <w:tcPr>
            <w:tcW w:w="5139" w:type="dxa"/>
            <w:vAlign w:val="center"/>
          </w:tcPr>
          <w:p w14:paraId="775D9BBE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br/>
            </w:r>
          </w:p>
        </w:tc>
      </w:tr>
    </w:tbl>
    <w:p w14:paraId="17414AE5" w14:textId="77777777" w:rsidR="00C420C3" w:rsidRPr="004B007C" w:rsidRDefault="00000000">
      <w:pPr>
        <w:pStyle w:val="Titre1"/>
        <w:rPr>
          <w:lang w:val="fr-FR"/>
        </w:rPr>
      </w:pPr>
      <w:r w:rsidRPr="004B007C">
        <w:rPr>
          <w:lang w:val="fr-FR"/>
        </w:rPr>
        <w:t>9. Motivation et observations complémentaires</w:t>
      </w:r>
    </w:p>
    <w:p w14:paraId="3EE2DF66" w14:textId="77777777" w:rsidR="00C420C3" w:rsidRPr="004B007C" w:rsidRDefault="00000000">
      <w:pPr>
        <w:spacing w:after="80"/>
        <w:rPr>
          <w:lang w:val="fr-FR"/>
        </w:rPr>
      </w:pPr>
      <w:r w:rsidRPr="004B007C">
        <w:rPr>
          <w:lang w:val="fr-FR"/>
        </w:rPr>
        <w:t>Présenter brièvement les motivations principales du projet de mobilité et tout élément utile à l’étude de la candidature.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10"/>
      </w:tblGrid>
      <w:tr w:rsidR="00C420C3" w:rsidRPr="004B007C" w14:paraId="622EC8BD" w14:textId="77777777" w:rsidTr="003C60C6">
        <w:trPr>
          <w:cantSplit/>
          <w:trHeight w:val="3303"/>
        </w:trPr>
        <w:tc>
          <w:tcPr>
            <w:tcW w:w="10110" w:type="dxa"/>
            <w:vAlign w:val="center"/>
          </w:tcPr>
          <w:p w14:paraId="20A12C57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br/>
            </w:r>
            <w:r w:rsidRPr="004B007C">
              <w:rPr>
                <w:sz w:val="19"/>
                <w:lang w:val="fr-FR"/>
              </w:rPr>
              <w:br/>
            </w:r>
            <w:r w:rsidRPr="004B007C">
              <w:rPr>
                <w:sz w:val="19"/>
                <w:lang w:val="fr-FR"/>
              </w:rPr>
              <w:br/>
            </w:r>
            <w:r w:rsidRPr="004B007C">
              <w:rPr>
                <w:sz w:val="19"/>
                <w:lang w:val="fr-FR"/>
              </w:rPr>
              <w:br/>
            </w:r>
          </w:p>
        </w:tc>
      </w:tr>
    </w:tbl>
    <w:p w14:paraId="37D7F146" w14:textId="77777777" w:rsidR="00C420C3" w:rsidRPr="004B007C" w:rsidRDefault="00000000">
      <w:pPr>
        <w:pStyle w:val="Titre1"/>
        <w:rPr>
          <w:lang w:val="fr-FR"/>
        </w:rPr>
      </w:pPr>
      <w:r w:rsidRPr="004B007C">
        <w:rPr>
          <w:lang w:val="fr-FR"/>
        </w:rPr>
        <w:t>10. Pièces à joindre et déclaration</w:t>
      </w:r>
    </w:p>
    <w:p w14:paraId="724FD282" w14:textId="77777777" w:rsidR="00C420C3" w:rsidRPr="004B007C" w:rsidRDefault="00000000">
      <w:pPr>
        <w:rPr>
          <w:lang w:val="fr-FR"/>
        </w:rPr>
      </w:pPr>
      <w:r w:rsidRPr="004B007C">
        <w:rPr>
          <w:lang w:val="fr-FR"/>
        </w:rPr>
        <w:t>☐ Copie du test / certificat / justificatif de niveau de langue (obligatoire)</w:t>
      </w:r>
    </w:p>
    <w:p w14:paraId="7B4BBB63" w14:textId="77777777" w:rsidR="00C420C3" w:rsidRPr="004B007C" w:rsidRDefault="00000000">
      <w:pPr>
        <w:rPr>
          <w:lang w:val="fr-FR"/>
        </w:rPr>
      </w:pPr>
      <w:r w:rsidRPr="004B007C">
        <w:rPr>
          <w:lang w:val="fr-FR"/>
        </w:rPr>
        <w:t>☐ Tout document complémentaire utile à l’examen de la candidature, le cas échéant</w:t>
      </w:r>
    </w:p>
    <w:p w14:paraId="53033079" w14:textId="77777777" w:rsidR="00E86273" w:rsidRDefault="00000000">
      <w:pPr>
        <w:rPr>
          <w:b/>
          <w:lang w:val="fr-FR"/>
        </w:rPr>
      </w:pPr>
      <w:r w:rsidRPr="004B007C">
        <w:rPr>
          <w:b/>
          <w:lang w:val="fr-FR"/>
        </w:rPr>
        <w:t>Je certifie l’exactitude des informations renseignées dans ce formulaire et m’engage à signaler toute modification substantielle de mon projet de mobilité.</w:t>
      </w:r>
    </w:p>
    <w:p w14:paraId="1E30A16F" w14:textId="77777777" w:rsidR="00E86273" w:rsidRPr="00E86273" w:rsidRDefault="00E86273" w:rsidP="00E86273">
      <w:pPr>
        <w:rPr>
          <w:b/>
          <w:lang w:val="fr-FR"/>
        </w:rPr>
      </w:pPr>
      <w:r w:rsidRPr="00E86273">
        <w:rPr>
          <w:b/>
          <w:lang w:val="fr-FR"/>
        </w:rPr>
        <w:t>En déposant sa candidature à une mobilité Erasmus, l'étudiant s'engage à :</w:t>
      </w:r>
    </w:p>
    <w:p w14:paraId="4AADE216" w14:textId="77777777" w:rsidR="00E86273" w:rsidRPr="00E86273" w:rsidRDefault="00E86273" w:rsidP="00E86273">
      <w:pPr>
        <w:numPr>
          <w:ilvl w:val="0"/>
          <w:numId w:val="10"/>
        </w:numPr>
        <w:rPr>
          <w:b/>
          <w:lang w:val="fr-FR"/>
        </w:rPr>
      </w:pPr>
      <w:r w:rsidRPr="00E86273">
        <w:rPr>
          <w:b/>
          <w:bCs/>
          <w:lang w:val="fr-FR"/>
        </w:rPr>
        <w:lastRenderedPageBreak/>
        <w:t>Informer sans délai</w:t>
      </w:r>
      <w:r w:rsidRPr="00E86273">
        <w:rPr>
          <w:b/>
          <w:lang w:val="fr-FR"/>
        </w:rPr>
        <w:t xml:space="preserve"> le responsable Erasmus de toute intention de retrait de sa candidature, ceci afin de permettre, le cas échéant, à un autre étudiant de candidater sur la destination libérée ;</w:t>
      </w:r>
    </w:p>
    <w:p w14:paraId="0BC739C4" w14:textId="77777777" w:rsidR="00E86273" w:rsidRPr="00E86273" w:rsidRDefault="00E86273" w:rsidP="00E86273">
      <w:pPr>
        <w:numPr>
          <w:ilvl w:val="0"/>
          <w:numId w:val="10"/>
        </w:numPr>
        <w:rPr>
          <w:b/>
          <w:lang w:val="fr-FR"/>
        </w:rPr>
      </w:pPr>
      <w:r w:rsidRPr="00E86273">
        <w:rPr>
          <w:b/>
          <w:bCs/>
          <w:lang w:val="fr-FR"/>
        </w:rPr>
        <w:t>Valider l'année universitaire en cours</w:t>
      </w:r>
      <w:r w:rsidRPr="00E86273">
        <w:rPr>
          <w:b/>
          <w:lang w:val="fr-FR"/>
        </w:rPr>
        <w:t>, sans module de retard, condition indispensable à la réalisation de la mobilité. À défaut, la mobilité ne pourra être accordée ;</w:t>
      </w:r>
    </w:p>
    <w:p w14:paraId="74FFCA86" w14:textId="77777777" w:rsidR="00E86273" w:rsidRPr="00E86273" w:rsidRDefault="00E86273" w:rsidP="00E86273">
      <w:pPr>
        <w:numPr>
          <w:ilvl w:val="0"/>
          <w:numId w:val="10"/>
        </w:numPr>
        <w:rPr>
          <w:b/>
          <w:lang w:val="fr-FR"/>
        </w:rPr>
      </w:pPr>
      <w:r w:rsidRPr="00E86273">
        <w:rPr>
          <w:b/>
          <w:bCs/>
          <w:lang w:val="fr-FR"/>
        </w:rPr>
        <w:t>Revenir, si nécessaire, pour se présenter aux examens</w:t>
      </w:r>
      <w:r w:rsidRPr="00E86273">
        <w:rPr>
          <w:b/>
          <w:lang w:val="fr-FR"/>
        </w:rPr>
        <w:t xml:space="preserve"> de la faculté d'origine selon le calendrier fixé, y compris pendant la période de mobilité ;</w:t>
      </w:r>
    </w:p>
    <w:p w14:paraId="14096AF9" w14:textId="77777777" w:rsidR="00E86273" w:rsidRPr="00E86273" w:rsidRDefault="00E86273" w:rsidP="00E86273">
      <w:pPr>
        <w:numPr>
          <w:ilvl w:val="0"/>
          <w:numId w:val="10"/>
        </w:numPr>
        <w:rPr>
          <w:b/>
          <w:lang w:val="fr-FR"/>
        </w:rPr>
      </w:pPr>
      <w:r w:rsidRPr="00E86273">
        <w:rPr>
          <w:b/>
          <w:bCs/>
          <w:lang w:val="fr-FR"/>
        </w:rPr>
        <w:t>Reconnaître que la non-validation de la mobilité entraîne la non-validation de l'année</w:t>
      </w:r>
      <w:r w:rsidRPr="00E86273">
        <w:rPr>
          <w:b/>
          <w:lang w:val="fr-FR"/>
        </w:rPr>
        <w:t xml:space="preserve"> dans le cursus d'origine ;</w:t>
      </w:r>
    </w:p>
    <w:p w14:paraId="48598256" w14:textId="77777777" w:rsidR="00E86273" w:rsidRPr="00E86273" w:rsidRDefault="00E86273" w:rsidP="00E86273">
      <w:pPr>
        <w:numPr>
          <w:ilvl w:val="0"/>
          <w:numId w:val="10"/>
        </w:numPr>
        <w:rPr>
          <w:b/>
          <w:lang w:val="fr-FR"/>
        </w:rPr>
      </w:pPr>
      <w:r w:rsidRPr="00E86273">
        <w:rPr>
          <w:b/>
          <w:bCs/>
          <w:lang w:val="fr-FR"/>
        </w:rPr>
        <w:t>Réaliser en présentiel, sur place</w:t>
      </w:r>
      <w:r w:rsidRPr="00E86273">
        <w:rPr>
          <w:b/>
          <w:lang w:val="fr-FR"/>
        </w:rPr>
        <w:t>, certains enseignements ne pouvant être suivis à distance ou validés à l'étranger, notamment la radioprotection, le service sanitaire et l'AFGSU, quelle que soit la durée ou la destination de la mobilité.</w:t>
      </w:r>
    </w:p>
    <w:p w14:paraId="2CE9F9B5" w14:textId="77777777" w:rsidR="00E86273" w:rsidRPr="00E86273" w:rsidRDefault="00E86273" w:rsidP="00E86273">
      <w:pPr>
        <w:rPr>
          <w:b/>
          <w:lang w:val="fr-FR"/>
        </w:rPr>
      </w:pPr>
      <w:r w:rsidRPr="00E86273">
        <w:rPr>
          <w:b/>
          <w:lang w:val="fr-FR"/>
        </w:rPr>
        <w:t xml:space="preserve">Je soussigné(e) </w:t>
      </w:r>
      <w:r w:rsidRPr="00E86273">
        <w:rPr>
          <w:b/>
          <w:bCs/>
          <w:lang w:val="fr-FR"/>
        </w:rPr>
        <w:t>[Nom, Prénom]</w:t>
      </w:r>
      <w:r w:rsidRPr="00E86273">
        <w:rPr>
          <w:b/>
          <w:lang w:val="fr-FR"/>
        </w:rPr>
        <w:t>, atteste avoir pris connaissance des engagements ci-dessus et m'engage à les respecter dans leur intégralité.</w:t>
      </w:r>
    </w:p>
    <w:p w14:paraId="271D4DC7" w14:textId="77777777" w:rsidR="00E86273" w:rsidRPr="00E86273" w:rsidRDefault="00E86273" w:rsidP="00E86273">
      <w:pPr>
        <w:rPr>
          <w:b/>
          <w:lang w:val="fr-FR"/>
        </w:rPr>
      </w:pPr>
      <w:r w:rsidRPr="00E86273">
        <w:rPr>
          <w:b/>
          <w:lang w:val="fr-FR"/>
        </w:rPr>
        <w:t>Fait à ……………………………, le ……/……/……</w:t>
      </w:r>
    </w:p>
    <w:p w14:paraId="2A3D8789" w14:textId="77777777" w:rsidR="00E86273" w:rsidRPr="00E86273" w:rsidRDefault="00E86273" w:rsidP="00E86273">
      <w:pPr>
        <w:rPr>
          <w:b/>
          <w:lang w:val="fr-FR"/>
        </w:rPr>
      </w:pPr>
      <w:r w:rsidRPr="00E86273">
        <w:rPr>
          <w:b/>
          <w:bCs/>
          <w:lang w:val="fr-FR"/>
        </w:rPr>
        <w:t>Signature de l'étudiant :</w:t>
      </w:r>
    </w:p>
    <w:p w14:paraId="2360B00A" w14:textId="4570FD51" w:rsidR="00C420C3" w:rsidRPr="004B007C" w:rsidRDefault="00000000">
      <w:pPr>
        <w:rPr>
          <w:lang w:val="fr-FR"/>
        </w:rPr>
      </w:pPr>
      <w:r w:rsidRPr="004B007C">
        <w:rPr>
          <w:b/>
          <w:lang w:val="fr-FR"/>
        </w:rPr>
        <w:br/>
      </w:r>
    </w:p>
    <w:p w14:paraId="1EDCFBC6" w14:textId="77777777" w:rsidR="00100D41" w:rsidRPr="004B007C" w:rsidRDefault="00100D41">
      <w:pPr>
        <w:jc w:val="center"/>
        <w:rPr>
          <w:b/>
          <w:sz w:val="24"/>
          <w:lang w:val="fr-FR"/>
        </w:rPr>
      </w:pPr>
    </w:p>
    <w:p w14:paraId="6E2AE6BF" w14:textId="77777777" w:rsidR="00100D41" w:rsidRPr="004B007C" w:rsidRDefault="00100D41">
      <w:pPr>
        <w:jc w:val="center"/>
        <w:rPr>
          <w:b/>
          <w:sz w:val="24"/>
          <w:lang w:val="fr-FR"/>
        </w:rPr>
      </w:pPr>
    </w:p>
    <w:p w14:paraId="69C0C966" w14:textId="77777777" w:rsidR="00100D41" w:rsidRDefault="00100D41">
      <w:pPr>
        <w:jc w:val="center"/>
        <w:rPr>
          <w:b/>
          <w:sz w:val="24"/>
          <w:lang w:val="fr-FR"/>
        </w:rPr>
      </w:pPr>
    </w:p>
    <w:p w14:paraId="0B49BBC8" w14:textId="77777777" w:rsidR="004B007C" w:rsidRDefault="004B007C">
      <w:pPr>
        <w:jc w:val="center"/>
        <w:rPr>
          <w:b/>
          <w:sz w:val="24"/>
          <w:lang w:val="fr-FR"/>
        </w:rPr>
      </w:pPr>
    </w:p>
    <w:p w14:paraId="5DF33C75" w14:textId="77777777" w:rsidR="003C60C6" w:rsidRDefault="003C60C6">
      <w:pPr>
        <w:jc w:val="center"/>
        <w:rPr>
          <w:b/>
          <w:sz w:val="24"/>
          <w:lang w:val="fr-FR"/>
        </w:rPr>
      </w:pPr>
    </w:p>
    <w:p w14:paraId="15851A28" w14:textId="77777777" w:rsidR="003C60C6" w:rsidRDefault="003C60C6">
      <w:pPr>
        <w:jc w:val="center"/>
        <w:rPr>
          <w:b/>
          <w:sz w:val="24"/>
          <w:lang w:val="fr-FR"/>
        </w:rPr>
      </w:pPr>
    </w:p>
    <w:p w14:paraId="49D1518D" w14:textId="77777777" w:rsidR="003C60C6" w:rsidRDefault="003C60C6">
      <w:pPr>
        <w:jc w:val="center"/>
        <w:rPr>
          <w:b/>
          <w:sz w:val="24"/>
          <w:lang w:val="fr-FR"/>
        </w:rPr>
      </w:pPr>
    </w:p>
    <w:p w14:paraId="6D1A1324" w14:textId="77777777" w:rsidR="003C60C6" w:rsidRDefault="003C60C6">
      <w:pPr>
        <w:jc w:val="center"/>
        <w:rPr>
          <w:b/>
          <w:sz w:val="24"/>
          <w:lang w:val="fr-FR"/>
        </w:rPr>
      </w:pPr>
    </w:p>
    <w:p w14:paraId="3E5BE4E9" w14:textId="77777777" w:rsidR="003C60C6" w:rsidRDefault="003C60C6">
      <w:pPr>
        <w:jc w:val="center"/>
        <w:rPr>
          <w:b/>
          <w:sz w:val="24"/>
          <w:lang w:val="fr-FR"/>
        </w:rPr>
      </w:pPr>
    </w:p>
    <w:p w14:paraId="79795C55" w14:textId="77777777" w:rsidR="003C60C6" w:rsidRDefault="003C60C6">
      <w:pPr>
        <w:jc w:val="center"/>
        <w:rPr>
          <w:b/>
          <w:sz w:val="24"/>
          <w:lang w:val="fr-FR"/>
        </w:rPr>
      </w:pPr>
    </w:p>
    <w:p w14:paraId="2040F6B3" w14:textId="77777777" w:rsidR="004B007C" w:rsidRPr="004B007C" w:rsidRDefault="004B007C">
      <w:pPr>
        <w:jc w:val="center"/>
        <w:rPr>
          <w:b/>
          <w:sz w:val="24"/>
          <w:lang w:val="fr-FR"/>
        </w:rPr>
      </w:pPr>
    </w:p>
    <w:p w14:paraId="4F4E38D6" w14:textId="7EE31C47" w:rsidR="00C420C3" w:rsidRPr="004B007C" w:rsidRDefault="00000000">
      <w:pPr>
        <w:jc w:val="center"/>
        <w:rPr>
          <w:lang w:val="fr-FR"/>
        </w:rPr>
      </w:pPr>
      <w:r w:rsidRPr="004B007C">
        <w:rPr>
          <w:b/>
          <w:sz w:val="24"/>
          <w:lang w:val="fr-FR"/>
        </w:rPr>
        <w:lastRenderedPageBreak/>
        <w:t>Cadre réservé au responsable Erasmus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0"/>
        <w:gridCol w:w="5090"/>
      </w:tblGrid>
      <w:tr w:rsidR="00C420C3" w:rsidRPr="004B007C" w14:paraId="6AA8A5F2" w14:textId="77777777" w:rsidTr="00100D41">
        <w:trPr>
          <w:cantSplit/>
          <w:trHeight w:val="3593"/>
        </w:trPr>
        <w:tc>
          <w:tcPr>
            <w:tcW w:w="5090" w:type="dxa"/>
            <w:shd w:val="clear" w:color="auto" w:fill="EAF2F8"/>
            <w:vAlign w:val="center"/>
          </w:tcPr>
          <w:p w14:paraId="06E75558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Avis / observations</w:t>
            </w:r>
          </w:p>
        </w:tc>
        <w:tc>
          <w:tcPr>
            <w:tcW w:w="5090" w:type="dxa"/>
            <w:vAlign w:val="center"/>
          </w:tcPr>
          <w:p w14:paraId="73C1BE26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br/>
            </w:r>
            <w:r w:rsidRPr="004B007C">
              <w:rPr>
                <w:sz w:val="19"/>
                <w:lang w:val="fr-FR"/>
              </w:rPr>
              <w:br/>
            </w:r>
          </w:p>
        </w:tc>
      </w:tr>
      <w:tr w:rsidR="00C420C3" w:rsidRPr="004B007C" w14:paraId="3E95B68E" w14:textId="77777777" w:rsidTr="00100D41">
        <w:trPr>
          <w:cantSplit/>
          <w:trHeight w:val="1147"/>
        </w:trPr>
        <w:tc>
          <w:tcPr>
            <w:tcW w:w="5090" w:type="dxa"/>
            <w:shd w:val="clear" w:color="auto" w:fill="EAF2F8"/>
            <w:vAlign w:val="center"/>
          </w:tcPr>
          <w:p w14:paraId="62F335B7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Décision / classement</w:t>
            </w:r>
          </w:p>
        </w:tc>
        <w:tc>
          <w:tcPr>
            <w:tcW w:w="5090" w:type="dxa"/>
            <w:vAlign w:val="center"/>
          </w:tcPr>
          <w:p w14:paraId="2760908A" w14:textId="102D2B0F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t xml:space="preserve">☐ Favorable   ☐ À </w:t>
            </w:r>
            <w:proofErr w:type="spellStart"/>
            <w:r w:rsidR="00100D41" w:rsidRPr="004B007C">
              <w:rPr>
                <w:sz w:val="19"/>
                <w:lang w:val="fr-FR"/>
              </w:rPr>
              <w:t>modifer</w:t>
            </w:r>
            <w:proofErr w:type="spellEnd"/>
            <w:r w:rsidRPr="004B007C">
              <w:rPr>
                <w:sz w:val="19"/>
                <w:lang w:val="fr-FR"/>
              </w:rPr>
              <w:t xml:space="preserve">   ☐ Défavorable</w:t>
            </w:r>
          </w:p>
        </w:tc>
      </w:tr>
      <w:tr w:rsidR="00C420C3" w:rsidRPr="004B007C" w14:paraId="0F1C4108" w14:textId="77777777" w:rsidTr="00100D41">
        <w:trPr>
          <w:cantSplit/>
          <w:trHeight w:val="2445"/>
        </w:trPr>
        <w:tc>
          <w:tcPr>
            <w:tcW w:w="5090" w:type="dxa"/>
            <w:shd w:val="clear" w:color="auto" w:fill="EAF2F8"/>
            <w:vAlign w:val="center"/>
          </w:tcPr>
          <w:p w14:paraId="108936D0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b/>
                <w:sz w:val="19"/>
                <w:lang w:val="fr-FR"/>
              </w:rPr>
              <w:t>Date et signature</w:t>
            </w:r>
          </w:p>
        </w:tc>
        <w:tc>
          <w:tcPr>
            <w:tcW w:w="5090" w:type="dxa"/>
            <w:vAlign w:val="center"/>
          </w:tcPr>
          <w:p w14:paraId="7B087924" w14:textId="77777777" w:rsidR="00C420C3" w:rsidRPr="004B007C" w:rsidRDefault="00000000">
            <w:pPr>
              <w:rPr>
                <w:lang w:val="fr-FR"/>
              </w:rPr>
            </w:pPr>
            <w:r w:rsidRPr="004B007C">
              <w:rPr>
                <w:sz w:val="19"/>
                <w:lang w:val="fr-FR"/>
              </w:rPr>
              <w:br/>
            </w:r>
          </w:p>
        </w:tc>
      </w:tr>
    </w:tbl>
    <w:p w14:paraId="49F7998F" w14:textId="77777777" w:rsidR="00293B9D" w:rsidRPr="004B007C" w:rsidRDefault="00293B9D">
      <w:pPr>
        <w:rPr>
          <w:lang w:val="fr-FR"/>
        </w:rPr>
      </w:pPr>
    </w:p>
    <w:sectPr w:rsidR="00293B9D" w:rsidRPr="004B007C" w:rsidSect="00100D41">
      <w:headerReference w:type="default" r:id="rId9"/>
      <w:footerReference w:type="default" r:id="rId10"/>
      <w:pgSz w:w="12240" w:h="15840"/>
      <w:pgMar w:top="192" w:right="1020" w:bottom="907" w:left="102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20A342" w14:textId="77777777" w:rsidR="008A2A7B" w:rsidRDefault="008A2A7B">
      <w:pPr>
        <w:spacing w:after="0" w:line="240" w:lineRule="auto"/>
      </w:pPr>
      <w:r>
        <w:separator/>
      </w:r>
    </w:p>
  </w:endnote>
  <w:endnote w:type="continuationSeparator" w:id="0">
    <w:p w14:paraId="4FCD0F19" w14:textId="77777777" w:rsidR="008A2A7B" w:rsidRDefault="008A2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2D1C6A" w14:textId="3A2A24A9" w:rsidR="00C420C3" w:rsidRDefault="00000000">
    <w:pPr>
      <w:pStyle w:val="Pieddepage"/>
      <w:jc w:val="center"/>
    </w:pPr>
    <w:r>
      <w:rPr>
        <w:sz w:val="16"/>
      </w:rPr>
      <w:t xml:space="preserve">Candidature </w:t>
    </w:r>
    <w:proofErr w:type="spellStart"/>
    <w:r>
      <w:rPr>
        <w:sz w:val="16"/>
      </w:rPr>
      <w:t>mobilité</w:t>
    </w:r>
    <w:proofErr w:type="spellEnd"/>
    <w:r>
      <w:rPr>
        <w:sz w:val="16"/>
      </w:rPr>
      <w:t xml:space="preserve"> Erasmus+ – Document à </w:t>
    </w:r>
    <w:proofErr w:type="spellStart"/>
    <w:r>
      <w:rPr>
        <w:sz w:val="16"/>
      </w:rPr>
      <w:t>transmettre</w:t>
    </w:r>
    <w:proofErr w:type="spellEnd"/>
    <w:r>
      <w:rPr>
        <w:sz w:val="16"/>
      </w:rPr>
      <w:t xml:space="preserve"> </w:t>
    </w:r>
    <w:r w:rsidR="004B007C">
      <w:rPr>
        <w:sz w:val="16"/>
      </w:rPr>
      <w:t xml:space="preserve">à la </w:t>
    </w:r>
    <w:proofErr w:type="spellStart"/>
    <w:r w:rsidR="004B007C">
      <w:rPr>
        <w:sz w:val="16"/>
      </w:rPr>
      <w:t>scolarité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4AC102" w14:textId="77777777" w:rsidR="008A2A7B" w:rsidRDefault="008A2A7B">
      <w:pPr>
        <w:spacing w:after="0" w:line="240" w:lineRule="auto"/>
      </w:pPr>
      <w:r>
        <w:separator/>
      </w:r>
    </w:p>
  </w:footnote>
  <w:footnote w:type="continuationSeparator" w:id="0">
    <w:p w14:paraId="5345861E" w14:textId="77777777" w:rsidR="008A2A7B" w:rsidRDefault="008A2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819"/>
    </w:tblGrid>
    <w:tr w:rsidR="00100D41" w14:paraId="4935833E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7A9EBE0" w14:textId="3FB0B2DB" w:rsidR="00100D41" w:rsidRDefault="00100D41" w:rsidP="00100D41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78CA47C2" wp14:editId="032FD345">
                <wp:simplePos x="0" y="0"/>
                <wp:positionH relativeFrom="column">
                  <wp:posOffset>0</wp:posOffset>
                </wp:positionH>
                <wp:positionV relativeFrom="paragraph">
                  <wp:posOffset>311150</wp:posOffset>
                </wp:positionV>
                <wp:extent cx="2922905" cy="472440"/>
                <wp:effectExtent l="0" t="0" r="0" b="3810"/>
                <wp:wrapSquare wrapText="bothSides"/>
                <wp:docPr id="30622129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2905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4F8ABEE" w14:textId="77777777" w:rsidR="00C420C3" w:rsidRDefault="00000000">
    <w:pPr>
      <w:pBdr>
        <w:bottom w:val="single" w:sz="8" w:space="1" w:color="B7B7B7"/>
      </w:pBdr>
      <w:spacing w:before="40" w:after="120"/>
    </w:pPr>
    <w:r>
      <w:rPr>
        <w:sz w:val="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947791"/>
    <w:multiLevelType w:val="multilevel"/>
    <w:tmpl w:val="9CC49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1605695">
    <w:abstractNumId w:val="8"/>
  </w:num>
  <w:num w:numId="2" w16cid:durableId="2001419901">
    <w:abstractNumId w:val="6"/>
  </w:num>
  <w:num w:numId="3" w16cid:durableId="1099642612">
    <w:abstractNumId w:val="5"/>
  </w:num>
  <w:num w:numId="4" w16cid:durableId="2073767428">
    <w:abstractNumId w:val="4"/>
  </w:num>
  <w:num w:numId="5" w16cid:durableId="84034879">
    <w:abstractNumId w:val="7"/>
  </w:num>
  <w:num w:numId="6" w16cid:durableId="865798913">
    <w:abstractNumId w:val="3"/>
  </w:num>
  <w:num w:numId="7" w16cid:durableId="571694412">
    <w:abstractNumId w:val="2"/>
  </w:num>
  <w:num w:numId="8" w16cid:durableId="198131194">
    <w:abstractNumId w:val="1"/>
  </w:num>
  <w:num w:numId="9" w16cid:durableId="772016754">
    <w:abstractNumId w:val="0"/>
  </w:num>
  <w:num w:numId="10" w16cid:durableId="166169538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rY0MTM3NjEztQAS5ko6SsGpxcWZ+XkgBUa1ANyLS+YsAAAA"/>
  </w:docVars>
  <w:rsids>
    <w:rsidRoot w:val="00B47730"/>
    <w:rsid w:val="00034616"/>
    <w:rsid w:val="0006063C"/>
    <w:rsid w:val="00071EB1"/>
    <w:rsid w:val="00100D41"/>
    <w:rsid w:val="0015074B"/>
    <w:rsid w:val="00293B9D"/>
    <w:rsid w:val="0029639D"/>
    <w:rsid w:val="00326F90"/>
    <w:rsid w:val="003A1EC4"/>
    <w:rsid w:val="003C60C6"/>
    <w:rsid w:val="004B007C"/>
    <w:rsid w:val="004B0BA0"/>
    <w:rsid w:val="008A2A7B"/>
    <w:rsid w:val="00923F38"/>
    <w:rsid w:val="00AA1D8D"/>
    <w:rsid w:val="00AA7CFA"/>
    <w:rsid w:val="00B47730"/>
    <w:rsid w:val="00C0612D"/>
    <w:rsid w:val="00C420C3"/>
    <w:rsid w:val="00CB0664"/>
    <w:rsid w:val="00E86273"/>
    <w:rsid w:val="00F87F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6DBC77B"/>
  <w14:defaultImageDpi w14:val="300"/>
  <w15:docId w15:val="{7A41F709-3B43-4444-A759-482ECA5A1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4B007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B007C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4B0BA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onto-scolarite-contact@univ-lorraine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652</Words>
  <Characters>3588</Characters>
  <Application>Microsoft Office Word</Application>
  <DocSecurity>0</DocSecurity>
  <Lines>29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Jordan Mayer</cp:lastModifiedBy>
  <cp:revision>3</cp:revision>
  <dcterms:created xsi:type="dcterms:W3CDTF">2026-09-14T18:14:00Z</dcterms:created>
  <dcterms:modified xsi:type="dcterms:W3CDTF">2026-09-22T13:41:00Z</dcterms:modified>
  <cp:category/>
</cp:coreProperties>
</file>